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אחוזים, חצי ורבע בחיי היומיום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 בין שברים פשוטים (חצי, רבע, שליש) לאחוזים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הנחות ומחירים במצבים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בעיות מילוליות הקשורות לאחוזים ושברים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חידות על חצי, רבע ואחוזים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רבע שווה ל-25 אחוז, לא ל-50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חצי פירושו לחלק לשניים שווים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שבר לאחוז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(50%)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(25%)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(100%)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חישוב ההנחה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מה המחיר המקורי של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להפחית את סכום ההנחה מהמחיר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לקבל את המחיר הסופי לתשלום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בעקבות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מביא דוגמה (כמו קניה בחנות או חלוקת עוגה) ומסביר נכון את שלבי החישוב: מחיר מקורי, אחוז ההנחה, וחישוב המחיר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25 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מורידים את סכום ההנחה מהמחיר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כמו חלוקת אוכל או כסף לשניים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בעוגה או בצורות גיאומטריות כדי להמחיש חצי ורבע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דוגמאות מהחיים (הנחות בחנויות) לפני המעבר לדף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אחוזים, חצי ורבע בחיי היומיום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חישובי חצי, רבע ואחוזים כמו בחידות שראיתם במשחק – למשל חלוקת עוגה או הנחה בחנות.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50  ·  שלם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חידות על חצי, רבע ואחוזים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עוגה חתוכה ל-12 חלקים שווים. אכלו רבע מהעוגה. כמה חלקים נשארו?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בכיתה 20 תלמידים, חצי מהם בנות. כמה בנות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רבע שווה ל-50 אחוז.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חצי מ-100 הוא 50.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חצי מהעוגה שווה ל-__________ 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מאה אחוז פירושו ה__________ (המספר כולו)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שבר לאחוז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25%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100%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50%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חישוב ההנחה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להפחית את סכום ההנחה מהמחיר המקורי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לקבל את המחיר הסופי לתשלום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מה המחיר המקורי של המוצר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בעקבות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מהחיים שבה פוגשים אחוזים או הנחה, והסבירו איך הייתם מחשבים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אחוז שווה לרבע?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מחשבים מחיר אחרי הנחה?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אחוזים, חצי ורבע בחיי היומיום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