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אחוזים, חצי ורבע בחיי היומיום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 בין שברים פשוטים (חצי, רבע, שליש) לאחוזים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הנחות ומחירים במצבים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הקשורות לאחוזים ושברים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על חצי, רבע ואחוזים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רבע שווה ל-25 אחוז, לא ל-50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חצי פירושו לחלק לשניים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אחוז 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הנחה של 100 אחוז אומרת שהמוצר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מחלקים לפחות חלקים, אז כל חלק 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שבר לאחוז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(50%)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(25%)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(75%)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(100%)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חישוב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לחשב כמה שקלים שווה ההנחה לפי האחוז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להפחית את סכום ההנחה מהמחיר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את המחיר הסופי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מביא דוגמה (כמו קניה בחנות או חלוקת עוגה) ומסביר נכון את שלבי החישוב: מחיר מקורי, אחוז ההנחה, וחישוב המחיר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25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מורידים את סכום ההנחה מהמחיר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חלוקת אוכל או כסף לשניים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בעוגה או בצורות גיאומטריות כדי להמחיש חצי ורבע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מהחיים (הנחות בחנויות) לפני המעבר לדף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אחוזים, חצי ורבע בחיי היומיום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לחשב חצי, רבע ואחוזים. למשל: כמה זה חצי מעוגה, וכמה משלמים אחרי הנחה.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לדוגמה 50 אחוז הוא חצי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חלקי שתיים, שווה ל-50 אחוז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חלקי ארבע, שווה ל-25 אחוז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חלקי שלוש מהשלם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במחיר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הכל, מאה אחוז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מקורי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לפני ההנחה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סופי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אחרי שהורידו את ההנחה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חידות על חצי, רבע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עוגה חתוכה ל-12 חלקים. אכלו רבע. כמה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20 תלמידים, חצי בנות. כמה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חולצה ב-100 שקל, הנחה 20 אחוז.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30 תלמידים, שליש משחקים כדורסל. כמה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אחוז זה חצי?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מוצר ב-40 שקל, הנחה 50 אחוז.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רבע שווה ל-50 אחוז.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מ-100 הוא 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10 אחוז אומרת שהמחיר יורד ב-10 מתוך כל 100 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מוצר בהנחה של 100 אחוז, עדיין משלמים חצי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שליש מהמוצר גדול יותר מרבע מאותו מוצר.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חצי מהעוגה שווה ל-__________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יש 40 סוכריות וחילקו אותן לרבעים שווים, בכל רבע יש __________ סוכריות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מוצר הוא 200 שקל, אחרי הנחה של 25 אחוז משלמים __________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מאה אחוז פירושו ה__________ (המספר כולו)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יש 12 עפרונות ולקחו שליש מהם, נשארו __________ עפרונות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שבר לאחוז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שלושת רבעי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75%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חישוב ההנחה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להפחית את סכום ההנחה מהמחיר המקורי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המחיר הסופי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המחיר המקורי של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שקלים שווה ההנחה לפי האחוז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בעקבות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מהחיים שבה פוגשים אחוזים או הנחה, והסבירו איך הייתם מחשבים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אחוז שווה לרבע?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מחיר אחרי הנחה?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לשימוש בחצי בחיי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אחוזים, חצי ורבע בחיי היומיום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